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chi đoàn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chi đoàn.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